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rHeight w:val="482"/>
        </w:trPr>
        <w:tc>
          <w:tcPr>
            <w:tcW w:type="dxa" w:w="2041"/>
            <w:gridSpan w:val="3"/>
          </w:tcPr>
          <w:p>
            <w:r>
              <w:rPr>
                <w:b/>
                <w:sz w:val="30"/>
              </w:rPr>
              <w:t>[Institute name]</w:t>
            </w:r>
          </w:p>
          <w:p>
            <w:r>
              <w:t>Address: [address]    Phone: [phone]</w:t>
            </w:r>
          </w:p>
          <w:p>
            <w:r>
              <w:t>GSTIN (only if registered): [GSTIN]</w:t>
            </w:r>
          </w:p>
        </w:tc>
        <w:tc>
          <w:tcPr>
            <w:tcW w:type="dxa" w:w="3005"/>
          </w:tcPr>
          <w:p>
            <w:pPr>
              <w:jc w:val="right"/>
            </w:pPr>
            <w:r>
              <w:rPr>
                <w:b/>
                <w:color w:val="0095F6"/>
                <w:sz w:val="24"/>
              </w:rPr>
              <w:t>FEE RECEIPT</w:t>
            </w:r>
          </w:p>
          <w:p>
            <w:pPr>
              <w:jc w:val="right"/>
            </w:pPr>
            <w:r>
              <w:t>Student copy</w:t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Receipt no.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Student name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Parent or guardian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Course or batch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r>
              <w:rPr>
                <w:b/>
              </w:rPr>
              <w:t>Fee for (month or instalment)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Amount (₹)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r>
              <w:rPr>
                <w:b/>
              </w:rPr>
              <w:t>Balance due (₹)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Paid by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  <w:t>☐ Cash    ☐ UPI    ☐ Bank transfer    ☐ Cheque</w:t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Transaction or cheque ref.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3005"/>
            <w:gridSpan w:val="2"/>
          </w:tcPr>
          <w:p>
            <w:r>
              <w:rPr>
                <w:b w:val="0"/>
                <w:color w:val="666677"/>
                <w:sz w:val="17"/>
              </w:rPr>
              <w:t>Free template from Sikhami</w:t>
            </w:r>
          </w:p>
        </w:tc>
        <w:tc>
          <w:tcPr>
            <w:tcW w:type="dxa" w:w="3005"/>
            <w:gridSpan w:val="2"/>
          </w:tcPr>
          <w:p>
            <w:pPr>
              <w:jc w:val="right"/>
            </w:pPr>
            <w:r>
              <w:rPr>
                <w:b w:val="0"/>
                <w:color w:val="666677"/>
                <w:sz w:val="18"/>
              </w:rPr>
              <w:t>Received by (signature and stamp)</w:t>
            </w:r>
          </w:p>
          <w:p/>
          <w:p/>
        </w:tc>
      </w:tr>
    </w:tbl>
    <w:p>
      <w:pPr>
        <w:spacing w:before="360" w:after="360"/>
        <w:jc w:val="center"/>
      </w:pPr>
      <w:r>
        <w:rPr>
          <w:color w:val="8C8C9E"/>
          <w:sz w:val="14"/>
        </w:rPr>
        <w:t>- - - - - - - - - - - - - - - - - - - - - - - - - - - - - - - - cut here - - - - - - - - - - - - - - - - - - - - - - - - - - - - - - - -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rHeight w:val="482"/>
        </w:trPr>
        <w:tc>
          <w:tcPr>
            <w:tcW w:type="dxa" w:w="2041"/>
            <w:gridSpan w:val="3"/>
          </w:tcPr>
          <w:p>
            <w:r>
              <w:rPr>
                <w:b/>
                <w:sz w:val="30"/>
              </w:rPr>
              <w:t>[Institute name]</w:t>
            </w:r>
          </w:p>
          <w:p>
            <w:r>
              <w:t>Address: [address]    Phone: [phone]</w:t>
            </w:r>
          </w:p>
          <w:p>
            <w:r>
              <w:t>GSTIN (only if registered): [GSTIN]</w:t>
            </w:r>
          </w:p>
        </w:tc>
        <w:tc>
          <w:tcPr>
            <w:tcW w:type="dxa" w:w="3005"/>
          </w:tcPr>
          <w:p>
            <w:pPr>
              <w:jc w:val="right"/>
            </w:pPr>
            <w:r>
              <w:rPr>
                <w:b/>
                <w:color w:val="0095F6"/>
                <w:sz w:val="24"/>
              </w:rPr>
              <w:t>FEE RECEIPT</w:t>
            </w:r>
          </w:p>
          <w:p>
            <w:pPr>
              <w:jc w:val="right"/>
            </w:pPr>
            <w:r>
              <w:t>Institute copy</w:t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Receipt no.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Student name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Parent or guardian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Course or batch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r>
              <w:rPr>
                <w:b/>
              </w:rPr>
              <w:t>Fee for (month or instalment)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Amount (₹)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  <w:tc>
          <w:tcPr>
            <w:tcW w:type="dxa" w:w="2041"/>
          </w:tcPr>
          <w:p>
            <w:r>
              <w:rPr>
                <w:b/>
              </w:rPr>
              <w:t>Balance due (₹)</w:t>
            </w:r>
          </w:p>
        </w:tc>
        <w:tc>
          <w:tcPr>
            <w:tcW w:type="dxa" w:w="3005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Amount in words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Paid by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  <w:t>☐ Cash    ☐ UPI    ☐ Bank transfer    ☐ Cheque</w:t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rPr>
                <w:b/>
              </w:rPr>
              <w:t>Transaction or cheque ref.</w:t>
            </w:r>
          </w:p>
        </w:tc>
        <w:tc>
          <w:tcPr>
            <w:tcW w:type="dxa" w:w="3005"/>
            <w:gridSpan w:val="3"/>
          </w:tcPr>
          <w:p>
            <w:r>
              <w:rPr>
                <w:b w:val="0"/>
              </w:rPr>
            </w:r>
          </w:p>
        </w:tc>
      </w:tr>
      <w:tr>
        <w:trPr>
          <w:trHeight w:val="482"/>
        </w:trPr>
        <w:tc>
          <w:tcPr>
            <w:tcW w:type="dxa" w:w="3005"/>
            <w:gridSpan w:val="2"/>
          </w:tcPr>
          <w:p>
            <w:r>
              <w:rPr>
                <w:b w:val="0"/>
                <w:color w:val="666677"/>
                <w:sz w:val="17"/>
              </w:rPr>
              <w:t>Free template from Sikhami</w:t>
            </w:r>
          </w:p>
        </w:tc>
        <w:tc>
          <w:tcPr>
            <w:tcW w:type="dxa" w:w="3005"/>
            <w:gridSpan w:val="2"/>
          </w:tcPr>
          <w:p>
            <w:pPr>
              <w:jc w:val="right"/>
            </w:pPr>
            <w:r>
              <w:rPr>
                <w:b w:val="0"/>
                <w:color w:val="666677"/>
                <w:sz w:val="18"/>
              </w:rPr>
              <w:t>Received by (signature and stamp)</w:t>
            </w:r>
          </w:p>
          <w:p/>
          <w:p/>
        </w:tc>
      </w:tr>
    </w:tbl>
    <w:sectPr w:rsidR="00FC693F" w:rsidRPr="0006063C" w:rsidSect="00034616">
      <w:pgSz w:w="11906" w:h="16838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Tuition fee receipt</dc:title>
  <dc:subject/>
  <dc:creator>Sikhami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